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Employee Write-Up Template</w:t>
      </w:r>
    </w:p>
    <w:p>
      <w:r>
        <w:t>From QuestionHR (questionhr.com). General information only, not legal advice. Check your own policies, any union or employment agreement, and the rules where the employee works before you use it.</w:t>
      </w:r>
    </w:p>
    <w:p>
      <w:pPr>
        <w:pStyle w:val="Heading1"/>
      </w:pPr>
      <w:r>
        <w:t>Document level (tick one)</w:t>
      </w:r>
    </w:p>
    <w:p>
      <w:r>
        <w:t>☐ Conversational Coaching Form</w:t>
      </w:r>
    </w:p>
    <w:p>
      <w:r>
        <w:t>☐ Verbal (Documented) Warning</w:t>
      </w:r>
    </w:p>
    <w:p>
      <w:r>
        <w:t>☐ Performance Improvement Plan</w:t>
      </w:r>
    </w:p>
    <w:p>
      <w:r>
        <w:t>☐ Final Written Warning</w:t>
      </w:r>
    </w:p>
    <w:p>
      <w:pPr>
        <w:pStyle w:val="Heading1"/>
      </w:pPr>
      <w:r>
        <w:t>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Employee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Job title / department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Manager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of this document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Date(s) of the incident(s)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Category (attendance, performance, conduct, policy, safety, other)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1. What happened (facts only)</w:t>
      </w:r>
    </w:p>
    <w:p>
      <w:r>
        <w:rPr>
          <w:i/>
        </w:rPr>
        <w:t>Who, what, when, where. Write what you saw, heard or measured. No opinions, labels or guesses about motive.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t>2. Policy or expected standard</w:t>
      </w:r>
    </w:p>
    <w:p>
      <w:r>
        <w:rPr>
          <w:i/>
        </w:rPr>
        <w:t>The rule, policy or expectation involved, in neutral words.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t>3. Prior conversations or warnings</w:t>
      </w:r>
    </w:p>
    <w:p>
      <w:r>
        <w:rPr>
          <w:i/>
        </w:rPr>
        <w:t>Dates and a short factual summary, or "None documented".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t>4. Three positives</w:t>
      </w:r>
    </w:p>
    <w:p>
      <w:r>
        <w:rPr>
          <w:i/>
        </w:rPr>
        <w:t>Three genuine, specific strengths. They show the review is balanced and what to keep doing.</w:t>
      </w:r>
    </w:p>
    <w:p>
      <w:r>
        <w:t>1. ______________________________________________________________________________________</w:t>
      </w:r>
    </w:p>
    <w:p>
      <w:r>
        <w:t>2. ______________________________________________________________________________________</w:t>
      </w:r>
    </w:p>
    <w:p>
      <w:r>
        <w:t>3. ______________________________________________________________________________________</w:t>
      </w:r>
    </w:p>
    <w:p>
      <w:pPr>
        <w:pStyle w:val="Heading1"/>
      </w:pPr>
      <w:r>
        <w:t>5. Expectations going forward</w:t>
      </w:r>
    </w:p>
    <w:p>
      <w:r>
        <w:rPr>
          <w:i/>
        </w:rPr>
        <w:t>Specific and measurable. For a PIP: goals, how progress is measured, check-in dates and the review date.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t>6. Support the employer will provide</w:t>
      </w:r>
    </w:p>
    <w:p>
      <w:r>
        <w:rPr>
          <w:i/>
        </w:rPr>
        <w:t>Training, resources, check-ins (if any).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t>7. What happens if expectations are not met</w:t>
      </w:r>
    </w:p>
    <w:p>
      <w:r>
        <w:rPr>
          <w:i/>
        </w:rPr>
        <w:t>Match the level (coaching: may lead to formal discipline; verbal: may lead to a written warning; PIP: may lead to further discipline; final: may lead to termination).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t>8. Employee comments</w:t>
      </w:r>
    </w:p>
    <w:p>
      <w:r>
        <w:rPr>
          <w:i/>
        </w:rPr>
        <w:t>The employee may add comments here or attach a written response.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t>Acknowledgment</w:t>
      </w:r>
    </w:p>
    <w:p>
      <w:r>
        <w:t>Signing confirms that I received this document. It does not mean I agree with it.</w:t>
      </w:r>
    </w:p>
    <w:p>
      <w:r>
        <w:t>Employee signature / date: __________________________________________________</w:t>
      </w:r>
    </w:p>
    <w:p>
      <w:r>
        <w:t>Manager signature / date: __________________________________________________</w:t>
      </w:r>
    </w:p>
    <w:p>
      <w:r>
        <w:t>Witness (if employee declines to sign) / date: __________________________________________________</w:t>
      </w:r>
    </w:p>
    <w:p>
      <w:r>
        <w:br w:type="page"/>
      </w:r>
    </w:p>
    <w:p>
      <w:pPr>
        <w:pStyle w:val="Title"/>
      </w:pPr>
      <w:r>
        <w:t>Write-Up Checklist</w:t>
      </w:r>
    </w:p>
    <w:p>
      <w:r>
        <w:t>☐ Picked the right level for the issue and the prior steps (coaching, verbal, PIP, final).</w:t>
      </w:r>
    </w:p>
    <w:p>
      <w:r>
        <w:t>☐ Every statement is a fact: dates, times, actions, what was said, documents. No opinions or labels.</w:t>
      </w:r>
    </w:p>
    <w:p>
      <w:r>
        <w:t>☐ Named the policy or expectation, without inventing a policy number.</w:t>
      </w:r>
    </w:p>
    <w:p>
      <w:r>
        <w:t>☐ Listed prior conversations or warnings, with dates.</w:t>
      </w:r>
    </w:p>
    <w:p>
      <w:r>
        <w:t>☐ Included three genuine, specific positives.</w:t>
      </w:r>
    </w:p>
    <w:p>
      <w:r>
        <w:t>☐ Expectations are specific and measurable, with a deadline or review date.</w:t>
      </w:r>
    </w:p>
    <w:p>
      <w:r>
        <w:t>☐ Consequences match the level.</w:t>
      </w:r>
    </w:p>
    <w:p>
      <w:r>
        <w:t>☐ Left out medical, health and other sensitive details, and anything about protected characteristics.</w:t>
      </w:r>
    </w:p>
    <w:p>
      <w:r>
        <w:t>☐ Checked that the write-up does not closely follow a complaint, leave request or other protected activity without a clear, documented, unrelated reason.</w:t>
      </w:r>
    </w:p>
    <w:p>
      <w:r>
        <w:t>☐ Checked spelling, capitalization and punctuation.</w:t>
      </w:r>
    </w:p>
    <w:p>
      <w:r>
        <w:t>☐ Left room for the employee's comments and an acknowledgment line.</w:t>
      </w:r>
    </w:p>
    <w:p>
      <w:r>
        <w:t>☐ Checked your handbook, any union or employment agreement, and state or local rules that may apply.</w:t>
      </w:r>
    </w:p>
    <w:p>
      <w:r>
        <w:t>☐ Gave the employee a copy and kept one in the personnel file.</w:t>
      </w:r>
    </w:p>
    <w:p>
      <w:r>
        <w:t>Want help writing it? Use the free Write-Up Builder at questionhr.com/write-up-builder. Have a question? Ask it free at questionhr.com.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